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8FE" w:rsidRPr="00862F2F" w:rsidRDefault="00AA4E25">
      <w:pPr>
        <w:pStyle w:val="1"/>
        <w:jc w:val="center"/>
        <w:rPr>
          <w:sz w:val="32"/>
          <w:szCs w:val="32"/>
          <w:lang w:val="el-GR"/>
        </w:rPr>
      </w:pPr>
      <w:r w:rsidRPr="00862F2F">
        <w:rPr>
          <w:sz w:val="32"/>
          <w:szCs w:val="32"/>
          <w:lang w:val="el-GR"/>
        </w:rPr>
        <w:t>ΠΡΟΓΡΑΜΜΑ ΕΠΙΣΚΕΨΕΩΝΙΑΤΡΩΝ</w:t>
      </w:r>
      <w:r w:rsidR="00C6397D" w:rsidRPr="00862F2F">
        <w:rPr>
          <w:sz w:val="32"/>
          <w:szCs w:val="32"/>
          <w:lang w:val="el-GR"/>
        </w:rPr>
        <w:t xml:space="preserve"> ΣΤΑ ΠΕΡΙΦΕΡΕΙΑΚΑ ΙΑΤΡΕΙΑ</w:t>
      </w:r>
    </w:p>
    <w:p w:rsidR="002228FE" w:rsidRPr="00CC0D1F" w:rsidRDefault="009F5A7F">
      <w:pPr>
        <w:jc w:val="center"/>
        <w:rPr>
          <w:color w:val="943634" w:themeColor="accent2" w:themeShade="BF"/>
          <w:sz w:val="28"/>
          <w:szCs w:val="28"/>
          <w:lang w:val="el-GR"/>
        </w:rPr>
      </w:pPr>
      <w:r w:rsidRPr="00CC0D1F">
        <w:rPr>
          <w:b/>
          <w:bCs/>
          <w:color w:val="943634" w:themeColor="accent2" w:themeShade="BF"/>
          <w:sz w:val="28"/>
          <w:szCs w:val="28"/>
          <w:lang w:val="el-GR"/>
        </w:rPr>
        <w:t xml:space="preserve">Μήνας: </w:t>
      </w:r>
      <w:r w:rsidR="00A83BBC" w:rsidRPr="00A83BBC">
        <w:rPr>
          <w:b/>
          <w:bCs/>
          <w:color w:val="943634" w:themeColor="accent2" w:themeShade="BF"/>
          <w:sz w:val="28"/>
          <w:szCs w:val="28"/>
          <w:lang w:val="el-GR"/>
        </w:rPr>
        <w:t>ΝΟΕΜΒΡΙΟΥ</w:t>
      </w:r>
      <w:r w:rsidRPr="00CC0D1F">
        <w:rPr>
          <w:b/>
          <w:bCs/>
          <w:color w:val="943634" w:themeColor="accent2" w:themeShade="BF"/>
          <w:sz w:val="28"/>
          <w:szCs w:val="28"/>
          <w:lang w:val="el-GR"/>
        </w:rPr>
        <w:t xml:space="preserve"> 2025</w:t>
      </w:r>
    </w:p>
    <w:tbl>
      <w:tblPr>
        <w:tblStyle w:val="afa"/>
        <w:tblW w:w="9072" w:type="dxa"/>
        <w:tblLook w:val="04A0"/>
      </w:tblPr>
      <w:tblGrid>
        <w:gridCol w:w="2480"/>
        <w:gridCol w:w="1542"/>
        <w:gridCol w:w="637"/>
        <w:gridCol w:w="4413"/>
      </w:tblGrid>
      <w:tr w:rsidR="00287245" w:rsidTr="00974EC3">
        <w:trPr>
          <w:trHeight w:val="606"/>
        </w:trPr>
        <w:tc>
          <w:tcPr>
            <w:tcW w:w="2871" w:type="dxa"/>
            <w:shd w:val="clear" w:color="auto" w:fill="4F81BD"/>
          </w:tcPr>
          <w:p w:rsidR="002228FE" w:rsidRPr="006B4A39" w:rsidRDefault="00AA4E25" w:rsidP="00581400">
            <w:pPr>
              <w:jc w:val="center"/>
              <w:rPr>
                <w:b/>
              </w:rPr>
            </w:pPr>
            <w:proofErr w:type="spellStart"/>
            <w:r w:rsidRPr="006B4A39">
              <w:rPr>
                <w:b/>
                <w:color w:val="FFFFFF"/>
              </w:rPr>
              <w:t>Ιατρείο</w:t>
            </w:r>
            <w:proofErr w:type="spellEnd"/>
            <w:r w:rsidRPr="006B4A39">
              <w:rPr>
                <w:b/>
                <w:color w:val="FFFFFF"/>
              </w:rPr>
              <w:t xml:space="preserve"> / </w:t>
            </w:r>
            <w:proofErr w:type="spellStart"/>
            <w:r w:rsidRPr="006B4A39">
              <w:rPr>
                <w:b/>
                <w:color w:val="FFFFFF"/>
              </w:rPr>
              <w:t>Περιοχή</w:t>
            </w:r>
            <w:proofErr w:type="spellEnd"/>
          </w:p>
        </w:tc>
        <w:tc>
          <w:tcPr>
            <w:tcW w:w="2322" w:type="dxa"/>
            <w:gridSpan w:val="2"/>
            <w:shd w:val="clear" w:color="auto" w:fill="4F81BD"/>
          </w:tcPr>
          <w:p w:rsidR="002228FE" w:rsidRDefault="00AA4E25" w:rsidP="00581400">
            <w:pPr>
              <w:jc w:val="center"/>
            </w:pPr>
            <w:proofErr w:type="spellStart"/>
            <w:r>
              <w:rPr>
                <w:b/>
                <w:color w:val="FFFFFF"/>
              </w:rPr>
              <w:t>Τηλέφωνο</w:t>
            </w:r>
            <w:proofErr w:type="spellEnd"/>
          </w:p>
        </w:tc>
        <w:tc>
          <w:tcPr>
            <w:tcW w:w="4413" w:type="dxa"/>
            <w:shd w:val="clear" w:color="auto" w:fill="4F81BD"/>
          </w:tcPr>
          <w:p w:rsidR="002228FE" w:rsidRDefault="00AA4E25" w:rsidP="00581400">
            <w:pPr>
              <w:jc w:val="center"/>
            </w:pPr>
            <w:proofErr w:type="spellStart"/>
            <w:r>
              <w:rPr>
                <w:b/>
                <w:color w:val="FFFFFF"/>
              </w:rPr>
              <w:t>Ημερομηνίες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Επισκέψεων</w:t>
            </w:r>
            <w:proofErr w:type="spellEnd"/>
          </w:p>
        </w:tc>
      </w:tr>
      <w:tr w:rsidR="00287245" w:rsidRPr="001574B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1C2312" w:rsidRPr="008C5283" w:rsidRDefault="001C2312" w:rsidP="00974EC3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  <w:lang w:val="el-GR"/>
              </w:rPr>
            </w:pPr>
            <w:r w:rsidRPr="008C5283">
              <w:rPr>
                <w:b/>
                <w:lang w:val="el-GR"/>
              </w:rPr>
              <w:t>ΠΕΡΙΦΕΡΕΙΑΚΟ ΙΑΤΡΕΙΟ</w:t>
            </w:r>
          </w:p>
          <w:p w:rsidR="001C2312" w:rsidRPr="008C5283" w:rsidRDefault="001C2312" w:rsidP="00974EC3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  <w:lang w:val="el-GR"/>
              </w:rPr>
            </w:pPr>
            <w:r w:rsidRPr="008C5283">
              <w:rPr>
                <w:rFonts w:ascii="Tahoma" w:hAnsi="Tahoma" w:cs="Tahoma"/>
                <w:b/>
                <w:color w:val="000000"/>
                <w:sz w:val="20"/>
                <w:szCs w:val="20"/>
                <w:lang w:val="el-GR"/>
              </w:rPr>
              <w:t>ΑΛΙΚΙΑΝΟΣ</w:t>
            </w:r>
          </w:p>
          <w:p w:rsidR="001C2312" w:rsidRPr="008C5283" w:rsidRDefault="001C2312" w:rsidP="00974EC3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  <w:lang w:val="el-GR"/>
              </w:rPr>
            </w:pPr>
          </w:p>
          <w:p w:rsidR="00541BD1" w:rsidRPr="00541BD1" w:rsidRDefault="00541BD1" w:rsidP="00541BD1">
            <w:pPr>
              <w:jc w:val="center"/>
              <w:rPr>
                <w:b/>
                <w:lang w:val="el-GR"/>
              </w:rPr>
            </w:pPr>
            <w:r w:rsidRPr="00541BD1">
              <w:rPr>
                <w:b/>
                <w:lang w:val="el-GR"/>
              </w:rPr>
              <w:t>ΕΞΕΤΑΣΤΗΡΙΟ</w:t>
            </w:r>
          </w:p>
          <w:p w:rsidR="001C2312" w:rsidRPr="008C5283" w:rsidRDefault="001C2312" w:rsidP="00974EC3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  <w:lang w:val="el-GR"/>
              </w:rPr>
            </w:pPr>
            <w:r w:rsidRPr="008C5283">
              <w:rPr>
                <w:rFonts w:ascii="Tahoma" w:hAnsi="Tahoma" w:cs="Tahoma"/>
                <w:b/>
                <w:color w:val="000000"/>
                <w:sz w:val="20"/>
                <w:szCs w:val="20"/>
                <w:lang w:val="el-GR"/>
              </w:rPr>
              <w:t>ΣΚΙΝΕΣ</w:t>
            </w:r>
          </w:p>
          <w:p w:rsidR="001C2312" w:rsidRPr="008C5283" w:rsidRDefault="001C2312" w:rsidP="00974EC3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  <w:lang w:val="el-GR"/>
              </w:rPr>
            </w:pPr>
          </w:p>
          <w:p w:rsidR="005F3A0C" w:rsidRPr="00541BD1" w:rsidRDefault="005F3A0C" w:rsidP="005F3A0C">
            <w:pPr>
              <w:jc w:val="center"/>
              <w:rPr>
                <w:b/>
                <w:lang w:val="el-GR"/>
              </w:rPr>
            </w:pPr>
            <w:r w:rsidRPr="00541BD1">
              <w:rPr>
                <w:b/>
                <w:lang w:val="el-GR"/>
              </w:rPr>
              <w:t>ΕΞΕΤΑΣΤΗΡΙΟ</w:t>
            </w:r>
          </w:p>
          <w:p w:rsidR="001C2312" w:rsidRPr="001C2312" w:rsidRDefault="001C2312" w:rsidP="00974EC3">
            <w:pPr>
              <w:jc w:val="center"/>
              <w:rPr>
                <w:b/>
                <w:lang w:val="el-GR"/>
              </w:rPr>
            </w:pPr>
            <w:r w:rsidRPr="008C5283">
              <w:rPr>
                <w:rFonts w:ascii="Tahoma" w:hAnsi="Tahoma" w:cs="Tahoma"/>
                <w:b/>
                <w:color w:val="000000"/>
                <w:sz w:val="20"/>
                <w:szCs w:val="20"/>
                <w:lang w:val="el-GR"/>
              </w:rPr>
              <w:t>ΒΑΤΟΛΑΚΚΟΣ</w:t>
            </w: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825B5C" w:rsidRDefault="00825B5C" w:rsidP="00A83BBC">
            <w:pPr>
              <w:jc w:val="center"/>
            </w:pPr>
            <w:r>
              <w:t>2821077300</w:t>
            </w:r>
          </w:p>
        </w:tc>
        <w:tc>
          <w:tcPr>
            <w:tcW w:w="4413" w:type="dxa"/>
            <w:shd w:val="clear" w:color="auto" w:fill="D9E1F2"/>
          </w:tcPr>
          <w:p w:rsidR="001C2312" w:rsidRDefault="001C2312" w:rsidP="00697A47">
            <w:pPr>
              <w:rPr>
                <w:sz w:val="20"/>
                <w:szCs w:val="20"/>
                <w:lang w:val="el-GR"/>
              </w:rPr>
            </w:pPr>
          </w:p>
          <w:p w:rsidR="001C2312" w:rsidRPr="00A83BBC" w:rsidRDefault="00A83BBC" w:rsidP="00697A4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3,4,6,10,11,13,17,18,20,24,25,27</w:t>
            </w:r>
          </w:p>
          <w:p w:rsidR="001C2312" w:rsidRPr="001C2312" w:rsidRDefault="001C2312" w:rsidP="00697A47">
            <w:pPr>
              <w:rPr>
                <w:b/>
                <w:sz w:val="28"/>
                <w:szCs w:val="28"/>
                <w:lang w:val="el-GR"/>
              </w:rPr>
            </w:pPr>
          </w:p>
          <w:p w:rsidR="001C2312" w:rsidRPr="00A83BBC" w:rsidRDefault="00A83BBC" w:rsidP="00697A4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  <w:p w:rsidR="001C2312" w:rsidRPr="001C2312" w:rsidRDefault="001C2312" w:rsidP="00697A47">
            <w:pPr>
              <w:rPr>
                <w:b/>
                <w:sz w:val="28"/>
                <w:szCs w:val="28"/>
                <w:lang w:val="el-GR"/>
              </w:rPr>
            </w:pPr>
          </w:p>
          <w:p w:rsidR="001C2312" w:rsidRPr="00A83BBC" w:rsidRDefault="00A83BBC" w:rsidP="00697A4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  <w:p w:rsidR="001C2312" w:rsidRDefault="001C2312" w:rsidP="00697A47">
            <w:pPr>
              <w:rPr>
                <w:sz w:val="20"/>
                <w:szCs w:val="20"/>
                <w:lang w:val="el-GR"/>
              </w:rPr>
            </w:pPr>
          </w:p>
        </w:tc>
      </w:tr>
      <w:tr w:rsidR="00287245" w:rsidRPr="001574B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1C2312" w:rsidRDefault="001C2312" w:rsidP="00974EC3">
            <w:pPr>
              <w:jc w:val="center"/>
              <w:rPr>
                <w:b/>
                <w:lang w:val="el-GR"/>
              </w:rPr>
            </w:pPr>
          </w:p>
          <w:p w:rsidR="008C5283" w:rsidRPr="008C5283" w:rsidRDefault="008C5283" w:rsidP="00974EC3">
            <w:pPr>
              <w:jc w:val="center"/>
              <w:rPr>
                <w:rFonts w:ascii="Tahoma" w:hAnsi="Tahoma" w:cs="Tahoma"/>
                <w:color w:val="000000"/>
                <w:lang w:val="el-GR"/>
              </w:rPr>
            </w:pPr>
            <w:r w:rsidRPr="008C5283">
              <w:rPr>
                <w:b/>
                <w:lang w:val="el-GR"/>
              </w:rPr>
              <w:t>ΠΕΡΙΦΕΡΕΙΑΚΟ ΙΑΤΡΕΙΟ</w:t>
            </w:r>
          </w:p>
          <w:p w:rsidR="001C2312" w:rsidRPr="008C5283" w:rsidRDefault="001C2312" w:rsidP="00974EC3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8C5283">
              <w:rPr>
                <w:rFonts w:ascii="Tahoma" w:hAnsi="Tahoma" w:cs="Tahoma"/>
                <w:b/>
                <w:sz w:val="20"/>
                <w:szCs w:val="20"/>
                <w:lang w:val="el-GR"/>
              </w:rPr>
              <w:t>ΚΟΥΝΤΟΥΡΑΣ</w:t>
            </w: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A04FF5" w:rsidRDefault="00A04FF5" w:rsidP="00A83BBC">
            <w:pPr>
              <w:jc w:val="center"/>
            </w:pPr>
            <w:r>
              <w:t>2823042222</w:t>
            </w:r>
          </w:p>
        </w:tc>
        <w:tc>
          <w:tcPr>
            <w:tcW w:w="4413" w:type="dxa"/>
            <w:shd w:val="clear" w:color="auto" w:fill="D9E1F2"/>
          </w:tcPr>
          <w:p w:rsidR="001C2312" w:rsidRDefault="001C2312" w:rsidP="009C4E53">
            <w:pPr>
              <w:rPr>
                <w:sz w:val="20"/>
                <w:szCs w:val="20"/>
                <w:lang w:val="el-GR"/>
              </w:rPr>
            </w:pPr>
          </w:p>
          <w:p w:rsidR="001C2312" w:rsidRPr="001C2312" w:rsidRDefault="00A83BBC" w:rsidP="009C4E53">
            <w:pPr>
              <w:rPr>
                <w:b/>
                <w:sz w:val="32"/>
                <w:szCs w:val="32"/>
                <w:lang w:val="el-GR"/>
              </w:rPr>
            </w:pPr>
            <w:r>
              <w:rPr>
                <w:b/>
                <w:sz w:val="32"/>
                <w:szCs w:val="32"/>
              </w:rPr>
              <w:t>3,6,10,12,17,20,21,27</w:t>
            </w:r>
          </w:p>
        </w:tc>
      </w:tr>
      <w:tr w:rsidR="00287245" w:rsidRPr="008C528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8C5283" w:rsidRPr="00541BD1" w:rsidRDefault="008C5283" w:rsidP="00974EC3">
            <w:pPr>
              <w:jc w:val="center"/>
              <w:rPr>
                <w:rFonts w:ascii="Tahoma" w:hAnsi="Tahoma" w:cs="Tahoma"/>
                <w:b/>
                <w:lang w:val="el-GR"/>
              </w:rPr>
            </w:pPr>
            <w:r w:rsidRPr="008C5283">
              <w:rPr>
                <w:rFonts w:ascii="Tahoma" w:hAnsi="Tahoma" w:cs="Tahoma"/>
                <w:b/>
                <w:lang w:val="el-GR"/>
              </w:rPr>
              <w:t>ΠΕΡΙΦΕΡΕΙΑΚΟ ΙΑΤΡΕΙΟ</w:t>
            </w:r>
          </w:p>
          <w:p w:rsidR="008C5283" w:rsidRPr="008C5283" w:rsidRDefault="008C5283" w:rsidP="00974EC3">
            <w:pPr>
              <w:jc w:val="center"/>
              <w:rPr>
                <w:rFonts w:ascii="Tahoma" w:hAnsi="Tahoma" w:cs="Tahoma"/>
                <w:b/>
                <w:lang w:val="el-GR"/>
              </w:rPr>
            </w:pPr>
            <w:r w:rsidRPr="008C5283">
              <w:rPr>
                <w:rFonts w:ascii="Tahoma" w:hAnsi="Tahoma" w:cs="Tahoma"/>
                <w:b/>
                <w:lang w:val="el-GR"/>
              </w:rPr>
              <w:t>ΝΤΕΡΕΣ</w:t>
            </w:r>
          </w:p>
          <w:p w:rsidR="008C5283" w:rsidRDefault="008C5283" w:rsidP="00974EC3">
            <w:pPr>
              <w:jc w:val="center"/>
              <w:rPr>
                <w:b/>
                <w:lang w:val="el-GR"/>
              </w:rPr>
            </w:pPr>
          </w:p>
          <w:p w:rsidR="00B51079" w:rsidRPr="00541BD1" w:rsidRDefault="00B51079" w:rsidP="00B51079">
            <w:pPr>
              <w:jc w:val="center"/>
              <w:rPr>
                <w:b/>
                <w:lang w:val="el-GR"/>
              </w:rPr>
            </w:pPr>
            <w:r w:rsidRPr="00541BD1">
              <w:rPr>
                <w:b/>
                <w:lang w:val="el-GR"/>
              </w:rPr>
              <w:t>ΕΞΕΤΑΣΤΗΡΙΟ</w:t>
            </w:r>
          </w:p>
          <w:p w:rsidR="008C5283" w:rsidRDefault="008C5283" w:rsidP="00974EC3">
            <w:pPr>
              <w:jc w:val="center"/>
              <w:rPr>
                <w:b/>
                <w:lang w:val="el-GR"/>
              </w:rPr>
            </w:pPr>
            <w:r w:rsidRPr="008C5283">
              <w:rPr>
                <w:b/>
                <w:lang w:val="el-GR"/>
              </w:rPr>
              <w:t xml:space="preserve">ΣΕΜΠΡΩΝΑΣ </w:t>
            </w:r>
            <w:r>
              <w:rPr>
                <w:b/>
                <w:lang w:val="el-GR"/>
              </w:rPr>
              <w:t>–</w:t>
            </w:r>
            <w:r w:rsidRPr="008C5283">
              <w:rPr>
                <w:b/>
                <w:lang w:val="el-GR"/>
              </w:rPr>
              <w:t xml:space="preserve"> ΠΡΑΣΕΣ</w:t>
            </w:r>
          </w:p>
          <w:p w:rsidR="008C5283" w:rsidRDefault="008C5283" w:rsidP="00974EC3">
            <w:pPr>
              <w:jc w:val="center"/>
              <w:rPr>
                <w:b/>
                <w:lang w:val="el-GR"/>
              </w:rPr>
            </w:pPr>
          </w:p>
          <w:p w:rsidR="00B51079" w:rsidRPr="00541BD1" w:rsidRDefault="00B51079" w:rsidP="00B51079">
            <w:pPr>
              <w:jc w:val="center"/>
              <w:rPr>
                <w:b/>
                <w:lang w:val="el-GR"/>
              </w:rPr>
            </w:pPr>
            <w:r w:rsidRPr="00541BD1">
              <w:rPr>
                <w:b/>
                <w:lang w:val="el-GR"/>
              </w:rPr>
              <w:t>ΕΞΕΤΑΣΤΗΡΙΟ</w:t>
            </w:r>
          </w:p>
          <w:p w:rsidR="008C5283" w:rsidRPr="008C5283" w:rsidRDefault="008C5283" w:rsidP="00974EC3">
            <w:pPr>
              <w:jc w:val="center"/>
              <w:rPr>
                <w:b/>
                <w:lang w:val="el-GR"/>
              </w:rPr>
            </w:pPr>
            <w:r w:rsidRPr="008C5283">
              <w:rPr>
                <w:b/>
                <w:lang w:val="el-GR"/>
              </w:rPr>
              <w:t>ΛΙΜΝΗ ΖΟΥΝΑΚΙ</w:t>
            </w: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3E0176" w:rsidRDefault="003E0176" w:rsidP="00A83BBC">
            <w:pPr>
              <w:jc w:val="center"/>
            </w:pPr>
            <w:r>
              <w:t>2821077995</w:t>
            </w:r>
          </w:p>
        </w:tc>
        <w:tc>
          <w:tcPr>
            <w:tcW w:w="4413" w:type="dxa"/>
            <w:shd w:val="clear" w:color="auto" w:fill="D9E1F2"/>
          </w:tcPr>
          <w:p w:rsidR="008C5283" w:rsidRPr="00A83BBC" w:rsidRDefault="00A83BBC" w:rsidP="008C528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4,13,19,24</w:t>
            </w:r>
          </w:p>
          <w:p w:rsidR="008C5283" w:rsidRPr="008C5283" w:rsidRDefault="008C5283" w:rsidP="008C5283">
            <w:pPr>
              <w:jc w:val="center"/>
              <w:rPr>
                <w:b/>
                <w:sz w:val="32"/>
                <w:szCs w:val="32"/>
              </w:rPr>
            </w:pPr>
          </w:p>
          <w:p w:rsidR="008C5283" w:rsidRPr="00A83BBC" w:rsidRDefault="00A83BBC" w:rsidP="008C528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11</w:t>
            </w:r>
          </w:p>
          <w:p w:rsidR="008C5283" w:rsidRPr="008C5283" w:rsidRDefault="008C5283" w:rsidP="008C5283">
            <w:pPr>
              <w:jc w:val="center"/>
              <w:rPr>
                <w:b/>
                <w:sz w:val="32"/>
                <w:szCs w:val="32"/>
              </w:rPr>
            </w:pPr>
          </w:p>
          <w:p w:rsidR="001C2312" w:rsidRDefault="00A83BBC" w:rsidP="00A83BBC">
            <w:pPr>
              <w:rPr>
                <w:sz w:val="20"/>
                <w:szCs w:val="20"/>
                <w:lang w:val="el-GR"/>
              </w:rPr>
            </w:pPr>
            <w:r>
              <w:rPr>
                <w:b/>
                <w:sz w:val="32"/>
                <w:szCs w:val="32"/>
              </w:rPr>
              <w:t>13,19,24</w:t>
            </w:r>
          </w:p>
        </w:tc>
      </w:tr>
      <w:tr w:rsidR="00287245" w:rsidRPr="008C528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8C5283" w:rsidRPr="008C5283" w:rsidRDefault="008C5283" w:rsidP="00974EC3">
            <w:pPr>
              <w:jc w:val="center"/>
              <w:rPr>
                <w:rFonts w:ascii="Tahoma" w:hAnsi="Tahoma" w:cs="Tahoma"/>
                <w:b/>
              </w:rPr>
            </w:pPr>
            <w:r w:rsidRPr="008C5283">
              <w:rPr>
                <w:rFonts w:ascii="Tahoma" w:hAnsi="Tahoma" w:cs="Tahoma"/>
                <w:b/>
                <w:lang w:val="el-GR"/>
              </w:rPr>
              <w:t>ΠΕΡΙΦΕΡΕΙΑΚΟ ΙΑΤΡΕΙΟ</w:t>
            </w:r>
          </w:p>
          <w:p w:rsidR="008C5283" w:rsidRDefault="008C5283" w:rsidP="00974EC3">
            <w:pPr>
              <w:jc w:val="center"/>
              <w:rPr>
                <w:b/>
              </w:rPr>
            </w:pPr>
          </w:p>
          <w:p w:rsidR="008C5283" w:rsidRPr="008C5283" w:rsidRDefault="00FB5413" w:rsidP="00974EC3">
            <w:pPr>
              <w:jc w:val="center"/>
              <w:rPr>
                <w:b/>
                <w:lang w:val="el-GR"/>
              </w:rPr>
            </w:pPr>
            <w:hyperlink r:id="rId6" w:history="1">
              <w:r w:rsidR="008C5283" w:rsidRPr="008C5283">
                <w:rPr>
                  <w:rStyle w:val="-"/>
                  <w:b/>
                  <w:color w:val="auto"/>
                  <w:u w:val="none"/>
                  <w:lang w:val="el-GR"/>
                </w:rPr>
                <w:t>ΓΑΥΔΟΥ</w:t>
              </w:r>
            </w:hyperlink>
          </w:p>
          <w:p w:rsidR="001C2312" w:rsidRPr="008C5283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145205" w:rsidRDefault="00145205" w:rsidP="00A83BB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2823042195</w:t>
            </w:r>
          </w:p>
        </w:tc>
        <w:tc>
          <w:tcPr>
            <w:tcW w:w="4413" w:type="dxa"/>
            <w:shd w:val="clear" w:color="auto" w:fill="D9E1F2"/>
          </w:tcPr>
          <w:p w:rsidR="008C5283" w:rsidRDefault="008C5283" w:rsidP="008C5283">
            <w:pPr>
              <w:rPr>
                <w:b/>
                <w:sz w:val="32"/>
                <w:szCs w:val="32"/>
              </w:rPr>
            </w:pPr>
          </w:p>
          <w:p w:rsidR="001C2312" w:rsidRPr="008C5283" w:rsidRDefault="008C5283" w:rsidP="008C5283">
            <w:pPr>
              <w:rPr>
                <w:b/>
                <w:sz w:val="32"/>
                <w:szCs w:val="32"/>
                <w:lang w:val="el-GR"/>
              </w:rPr>
            </w:pPr>
            <w:r w:rsidRPr="008C5283">
              <w:rPr>
                <w:b/>
                <w:sz w:val="32"/>
                <w:szCs w:val="32"/>
              </w:rPr>
              <w:t>1-3</w:t>
            </w:r>
            <w:r w:rsidR="00A83BBC">
              <w:rPr>
                <w:b/>
                <w:sz w:val="32"/>
                <w:szCs w:val="32"/>
              </w:rPr>
              <w:t>0</w:t>
            </w:r>
          </w:p>
        </w:tc>
      </w:tr>
      <w:tr w:rsidR="00287245" w:rsidRPr="008C528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8C5283" w:rsidRPr="008C5283" w:rsidRDefault="008C5283" w:rsidP="00974EC3">
            <w:pPr>
              <w:jc w:val="center"/>
              <w:rPr>
                <w:rFonts w:ascii="Tahoma" w:hAnsi="Tahoma" w:cs="Tahoma"/>
                <w:b/>
              </w:rPr>
            </w:pPr>
            <w:r w:rsidRPr="008C5283">
              <w:rPr>
                <w:rFonts w:ascii="Tahoma" w:hAnsi="Tahoma" w:cs="Tahoma"/>
                <w:b/>
                <w:lang w:val="el-GR"/>
              </w:rPr>
              <w:t>ΠΕΡΙΦΕΡΕΙΑΚΟ ΙΑΤΡΕΙΟ</w:t>
            </w:r>
          </w:p>
          <w:p w:rsidR="008C5283" w:rsidRDefault="008C5283" w:rsidP="00974EC3">
            <w:pPr>
              <w:jc w:val="center"/>
              <w:rPr>
                <w:b/>
              </w:rPr>
            </w:pPr>
          </w:p>
          <w:p w:rsidR="008C5283" w:rsidRPr="008C5283" w:rsidRDefault="00FB5413" w:rsidP="00974EC3">
            <w:pPr>
              <w:jc w:val="center"/>
              <w:rPr>
                <w:b/>
                <w:lang w:val="el-GR"/>
              </w:rPr>
            </w:pPr>
            <w:hyperlink r:id="rId7" w:history="1">
              <w:r w:rsidR="008C5283" w:rsidRPr="008C5283">
                <w:rPr>
                  <w:rStyle w:val="-"/>
                  <w:b/>
                  <w:color w:val="auto"/>
                  <w:u w:val="none"/>
                  <w:lang w:val="el-GR"/>
                </w:rPr>
                <w:t>ΒΟΥΤΑ</w:t>
              </w:r>
            </w:hyperlink>
          </w:p>
          <w:p w:rsidR="001C2312" w:rsidRPr="008C5283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4A064A" w:rsidRDefault="004A064A" w:rsidP="00A83BBC">
            <w:pPr>
              <w:jc w:val="center"/>
            </w:pPr>
            <w:r>
              <w:t>2823031209</w:t>
            </w:r>
          </w:p>
        </w:tc>
        <w:tc>
          <w:tcPr>
            <w:tcW w:w="4413" w:type="dxa"/>
            <w:shd w:val="clear" w:color="auto" w:fill="D9E1F2"/>
          </w:tcPr>
          <w:p w:rsidR="007A6E40" w:rsidRDefault="007A6E40" w:rsidP="009C4E53">
            <w:pPr>
              <w:rPr>
                <w:b/>
                <w:sz w:val="32"/>
                <w:szCs w:val="32"/>
              </w:rPr>
            </w:pPr>
          </w:p>
          <w:p w:rsidR="001C2312" w:rsidRPr="007A6E40" w:rsidRDefault="00A83BBC" w:rsidP="009C4E53">
            <w:pPr>
              <w:rPr>
                <w:b/>
                <w:sz w:val="32"/>
                <w:szCs w:val="32"/>
                <w:lang w:val="el-GR"/>
              </w:rPr>
            </w:pPr>
            <w:r>
              <w:rPr>
                <w:b/>
                <w:sz w:val="32"/>
                <w:szCs w:val="32"/>
              </w:rPr>
              <w:t>13</w:t>
            </w:r>
          </w:p>
        </w:tc>
      </w:tr>
      <w:tr w:rsidR="00287245" w:rsidRPr="00705A8E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1D2D13" w:rsidRPr="00A83BBC" w:rsidRDefault="001C2312" w:rsidP="00974EC3">
            <w:pPr>
              <w:jc w:val="center"/>
              <w:rPr>
                <w:b/>
                <w:u w:val="single"/>
                <w:lang w:val="el-GR"/>
              </w:rPr>
            </w:pPr>
            <w:r w:rsidRPr="007A6E40">
              <w:rPr>
                <w:b/>
                <w:u w:val="single"/>
                <w:lang w:val="el-GR"/>
              </w:rPr>
              <w:t>ΠΕΡΙΦΕΡΕΙΑΚΟ ΙΑΤΡΕΙΟ</w:t>
            </w:r>
          </w:p>
          <w:p w:rsidR="001C2312" w:rsidRPr="00541BD1" w:rsidRDefault="001C2312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7A6E40">
              <w:rPr>
                <w:b/>
                <w:lang w:val="el-GR"/>
              </w:rPr>
              <w:t xml:space="preserve"> </w:t>
            </w:r>
            <w:r w:rsidR="007A6E40" w:rsidRPr="007A6E40">
              <w:rPr>
                <w:b/>
                <w:sz w:val="20"/>
                <w:szCs w:val="20"/>
                <w:lang w:val="el-GR"/>
              </w:rPr>
              <w:t>ΜΕΣΚΛΑ</w:t>
            </w:r>
          </w:p>
          <w:p w:rsidR="007A6E40" w:rsidRPr="00541BD1" w:rsidRDefault="007A6E40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</w:p>
          <w:p w:rsidR="001D2D13" w:rsidRPr="00541BD1" w:rsidRDefault="001D2D13" w:rsidP="001D2D13">
            <w:pPr>
              <w:jc w:val="center"/>
              <w:rPr>
                <w:b/>
                <w:lang w:val="el-GR"/>
              </w:rPr>
            </w:pPr>
            <w:r w:rsidRPr="00541BD1">
              <w:rPr>
                <w:b/>
                <w:lang w:val="el-GR"/>
              </w:rPr>
              <w:t>ΕΞΕΤΑΣΤΗΡΙΟ</w:t>
            </w:r>
          </w:p>
          <w:p w:rsidR="007A6E40" w:rsidRPr="00541BD1" w:rsidRDefault="007A6E40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7A6E40">
              <w:rPr>
                <w:b/>
                <w:sz w:val="20"/>
                <w:szCs w:val="20"/>
                <w:lang w:val="el-GR"/>
              </w:rPr>
              <w:t>ΘΕΡΙΣΟΣ</w:t>
            </w:r>
          </w:p>
          <w:p w:rsidR="007A6E40" w:rsidRPr="00541BD1" w:rsidRDefault="007A6E40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</w:p>
          <w:p w:rsidR="007A6E40" w:rsidRPr="00A83BBC" w:rsidRDefault="007A6E40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A83BBC">
              <w:rPr>
                <w:b/>
                <w:sz w:val="20"/>
                <w:szCs w:val="20"/>
                <w:lang w:val="el-GR"/>
              </w:rPr>
              <w:t>ΕΞΕΤΑΣΤΗΡΙΟ</w:t>
            </w:r>
          </w:p>
          <w:p w:rsidR="007A6E40" w:rsidRPr="007A6E40" w:rsidRDefault="007A6E40" w:rsidP="00974EC3">
            <w:pPr>
              <w:jc w:val="center"/>
              <w:rPr>
                <w:b/>
              </w:rPr>
            </w:pPr>
            <w:r w:rsidRPr="007A6E40">
              <w:rPr>
                <w:b/>
                <w:sz w:val="20"/>
                <w:szCs w:val="20"/>
                <w:lang w:val="el-GR"/>
              </w:rPr>
              <w:t>ΦΟΥΡΝΕΣ</w:t>
            </w: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7A6E40" w:rsidRDefault="00C41B55" w:rsidP="00A83BBC">
            <w:pPr>
              <w:jc w:val="center"/>
            </w:pPr>
            <w:r>
              <w:t>2821067356</w:t>
            </w:r>
          </w:p>
        </w:tc>
        <w:tc>
          <w:tcPr>
            <w:tcW w:w="4413" w:type="dxa"/>
            <w:shd w:val="clear" w:color="auto" w:fill="D9E1F2"/>
          </w:tcPr>
          <w:p w:rsidR="007A6E40" w:rsidRPr="00A83BBC" w:rsidRDefault="00A83BBC" w:rsidP="007A6E4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4,10,18,27</w:t>
            </w:r>
          </w:p>
          <w:p w:rsidR="007A6E40" w:rsidRDefault="007A6E40" w:rsidP="007A6E40">
            <w:pPr>
              <w:rPr>
                <w:b/>
                <w:sz w:val="32"/>
                <w:szCs w:val="32"/>
              </w:rPr>
            </w:pPr>
          </w:p>
          <w:p w:rsidR="007A6E40" w:rsidRPr="00A83BBC" w:rsidRDefault="00A83BBC" w:rsidP="007A6E4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5,12,19</w:t>
            </w:r>
          </w:p>
          <w:p w:rsidR="007A6E40" w:rsidRDefault="007A6E40" w:rsidP="007A6E40">
            <w:pPr>
              <w:rPr>
                <w:b/>
                <w:sz w:val="32"/>
                <w:szCs w:val="32"/>
              </w:rPr>
            </w:pPr>
          </w:p>
          <w:p w:rsidR="007A6E40" w:rsidRPr="00A83BBC" w:rsidRDefault="00A83BBC" w:rsidP="007A6E4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5,12,21,26</w:t>
            </w:r>
          </w:p>
          <w:p w:rsidR="001C2312" w:rsidRPr="001574B3" w:rsidRDefault="001C2312" w:rsidP="009C4E53">
            <w:pPr>
              <w:rPr>
                <w:lang w:val="el-GR"/>
              </w:rPr>
            </w:pPr>
          </w:p>
        </w:tc>
      </w:tr>
      <w:tr w:rsidR="00287245" w:rsidTr="00974EC3">
        <w:trPr>
          <w:trHeight w:val="970"/>
        </w:trPr>
        <w:tc>
          <w:tcPr>
            <w:tcW w:w="2871" w:type="dxa"/>
            <w:shd w:val="clear" w:color="auto" w:fill="FFFFFF"/>
            <w:vAlign w:val="center"/>
          </w:tcPr>
          <w:p w:rsidR="001C2312" w:rsidRPr="00A83BBC" w:rsidRDefault="001C2312" w:rsidP="00974EC3">
            <w:pPr>
              <w:jc w:val="center"/>
              <w:rPr>
                <w:b/>
                <w:sz w:val="20"/>
                <w:szCs w:val="20"/>
              </w:rPr>
            </w:pPr>
            <w:r w:rsidRPr="00A83BBC">
              <w:rPr>
                <w:b/>
                <w:sz w:val="20"/>
                <w:szCs w:val="20"/>
              </w:rPr>
              <w:t>ΠΕΡΙΦΕΡΕΙΑΚΟ ΙΑΤΡΕΙΟ</w:t>
            </w:r>
          </w:p>
          <w:p w:rsidR="006A2E73" w:rsidRDefault="006A2E73" w:rsidP="00974EC3">
            <w:pPr>
              <w:jc w:val="center"/>
              <w:rPr>
                <w:b/>
                <w:u w:val="single"/>
              </w:rPr>
            </w:pPr>
          </w:p>
          <w:p w:rsidR="006A2E73" w:rsidRPr="006A2E73" w:rsidRDefault="00FB5413" w:rsidP="00974EC3">
            <w:pPr>
              <w:jc w:val="center"/>
              <w:rPr>
                <w:b/>
                <w:lang w:val="el-GR"/>
              </w:rPr>
            </w:pPr>
            <w:hyperlink r:id="rId8" w:history="1">
              <w:r w:rsidR="006A2E73" w:rsidRPr="006A2E73">
                <w:rPr>
                  <w:rStyle w:val="-"/>
                  <w:b/>
                  <w:color w:val="auto"/>
                  <w:u w:val="none"/>
                  <w:lang w:val="el-GR"/>
                </w:rPr>
                <w:t>ΣΤΡΟΒΛΩΝ</w:t>
              </w:r>
            </w:hyperlink>
          </w:p>
          <w:p w:rsidR="006A2E73" w:rsidRPr="00670FC4" w:rsidRDefault="006A2E73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FFFFFF"/>
          </w:tcPr>
          <w:p w:rsidR="001C2312" w:rsidRPr="00B62C11" w:rsidRDefault="00B62C11" w:rsidP="00A83BBC">
            <w:pPr>
              <w:jc w:val="center"/>
            </w:pPr>
            <w:r>
              <w:lastRenderedPageBreak/>
              <w:t>2822051112</w:t>
            </w:r>
          </w:p>
        </w:tc>
        <w:tc>
          <w:tcPr>
            <w:tcW w:w="4413" w:type="dxa"/>
            <w:shd w:val="clear" w:color="auto" w:fill="FFFFFF"/>
          </w:tcPr>
          <w:p w:rsidR="006A2E73" w:rsidRDefault="006A2E73" w:rsidP="009C4E53">
            <w:pPr>
              <w:rPr>
                <w:rFonts w:ascii="Tahoma" w:hAnsi="Tahoma" w:cs="Tahoma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1C2312" w:rsidRPr="006A2E73" w:rsidRDefault="00A83BBC" w:rsidP="009C4E53">
            <w:pPr>
              <w:rPr>
                <w:sz w:val="28"/>
                <w:szCs w:val="28"/>
                <w:lang w:val="el-GR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  <w:shd w:val="clear" w:color="auto" w:fill="FFFFFF"/>
              </w:rPr>
              <w:t>3</w:t>
            </w:r>
            <w:r w:rsidR="00287245">
              <w:rPr>
                <w:rFonts w:ascii="Tahoma" w:hAnsi="Tahoma" w:cs="Tahoma"/>
                <w:color w:val="000000"/>
                <w:sz w:val="28"/>
                <w:szCs w:val="28"/>
                <w:shd w:val="clear" w:color="auto" w:fill="FFFFFF"/>
              </w:rPr>
              <w:t>,14</w:t>
            </w:r>
          </w:p>
        </w:tc>
      </w:tr>
      <w:tr w:rsidR="00287245" w:rsidRPr="00894FF2" w:rsidTr="00974EC3">
        <w:tc>
          <w:tcPr>
            <w:tcW w:w="2871" w:type="dxa"/>
            <w:shd w:val="clear" w:color="auto" w:fill="D9E1F2"/>
            <w:vAlign w:val="center"/>
          </w:tcPr>
          <w:p w:rsidR="006A2E73" w:rsidRDefault="006A2E73" w:rsidP="00974EC3">
            <w:pPr>
              <w:jc w:val="center"/>
              <w:rPr>
                <w:b/>
              </w:rPr>
            </w:pPr>
          </w:p>
          <w:p w:rsidR="006A2E73" w:rsidRDefault="006A2E73" w:rsidP="00974EC3">
            <w:pPr>
              <w:jc w:val="center"/>
              <w:rPr>
                <w:b/>
              </w:rPr>
            </w:pPr>
          </w:p>
          <w:p w:rsidR="006A2E73" w:rsidRDefault="001C2312" w:rsidP="00974EC3">
            <w:pPr>
              <w:jc w:val="center"/>
              <w:rPr>
                <w:b/>
              </w:rPr>
            </w:pPr>
            <w:r w:rsidRPr="006B4A39">
              <w:rPr>
                <w:b/>
              </w:rPr>
              <w:t>ΠΕΡΙΦΕΡΕΙΑΚΟ ΙΑΤΡΕΙΟ</w:t>
            </w:r>
          </w:p>
          <w:p w:rsidR="006A2E73" w:rsidRDefault="006A2E73" w:rsidP="00974EC3">
            <w:pPr>
              <w:jc w:val="center"/>
              <w:rPr>
                <w:b/>
              </w:rPr>
            </w:pPr>
          </w:p>
          <w:p w:rsidR="006A2E73" w:rsidRPr="006A2E73" w:rsidRDefault="00FB5413" w:rsidP="00974EC3">
            <w:pPr>
              <w:jc w:val="center"/>
              <w:rPr>
                <w:b/>
              </w:rPr>
            </w:pPr>
            <w:hyperlink r:id="rId9" w:history="1">
              <w:r w:rsidR="006A2E73" w:rsidRPr="006A2E73">
                <w:rPr>
                  <w:rStyle w:val="-"/>
                  <w:b/>
                  <w:color w:val="auto"/>
                  <w:u w:val="none"/>
                  <w:lang w:val="el-GR"/>
                </w:rPr>
                <w:t>ΛΑΚΚΩΝ</w:t>
              </w:r>
            </w:hyperlink>
          </w:p>
          <w:p w:rsidR="001C2312" w:rsidRPr="008260B0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9B5691" w:rsidRDefault="009B5691" w:rsidP="001F068C">
            <w:pPr>
              <w:jc w:val="center"/>
            </w:pPr>
            <w:r>
              <w:t>2821067225</w:t>
            </w:r>
          </w:p>
        </w:tc>
        <w:tc>
          <w:tcPr>
            <w:tcW w:w="4413" w:type="dxa"/>
            <w:shd w:val="clear" w:color="auto" w:fill="D9E1F2"/>
          </w:tcPr>
          <w:p w:rsidR="001C2312" w:rsidRDefault="001C2312" w:rsidP="009C4E53"/>
          <w:p w:rsidR="006A2E73" w:rsidRDefault="006A2E73" w:rsidP="009C4E53"/>
          <w:p w:rsidR="006A2E73" w:rsidRDefault="006A2E73" w:rsidP="009C4E53">
            <w:pPr>
              <w:rPr>
                <w:sz w:val="32"/>
                <w:szCs w:val="32"/>
              </w:rPr>
            </w:pPr>
          </w:p>
          <w:p w:rsidR="006A2E73" w:rsidRPr="005A2F22" w:rsidRDefault="00287245" w:rsidP="009C4E5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4,13,20,27</w:t>
            </w:r>
          </w:p>
        </w:tc>
      </w:tr>
      <w:tr w:rsidR="00287245" w:rsidRPr="00894FF2" w:rsidTr="00974EC3">
        <w:trPr>
          <w:trHeight w:val="643"/>
        </w:trPr>
        <w:tc>
          <w:tcPr>
            <w:tcW w:w="2871" w:type="dxa"/>
            <w:shd w:val="clear" w:color="auto" w:fill="FFFFFF"/>
            <w:vAlign w:val="center"/>
          </w:tcPr>
          <w:p w:rsidR="006D2309" w:rsidRPr="006D2309" w:rsidRDefault="001C2312" w:rsidP="00974EC3">
            <w:pPr>
              <w:pStyle w:val="1"/>
              <w:shd w:val="clear" w:color="auto" w:fill="FFFFFF"/>
              <w:spacing w:before="0"/>
              <w:jc w:val="center"/>
              <w:textAlignment w:val="baseline"/>
              <w:outlineLvl w:val="0"/>
              <w:rPr>
                <w:color w:val="auto"/>
                <w:sz w:val="22"/>
                <w:szCs w:val="22"/>
              </w:rPr>
            </w:pPr>
            <w:r w:rsidRPr="006D2309">
              <w:rPr>
                <w:color w:val="auto"/>
                <w:sz w:val="22"/>
                <w:szCs w:val="22"/>
              </w:rPr>
              <w:t>ΠΕΡΙΦΕΡΕΙΑΚΟ ΙΑΤΡΕΙΟ</w:t>
            </w:r>
          </w:p>
          <w:p w:rsidR="006D2309" w:rsidRPr="006D2309" w:rsidRDefault="00FB5413" w:rsidP="00974EC3">
            <w:pPr>
              <w:pStyle w:val="1"/>
              <w:shd w:val="clear" w:color="auto" w:fill="FFFFFF"/>
              <w:spacing w:before="0"/>
              <w:jc w:val="center"/>
              <w:textAlignment w:val="baseline"/>
              <w:outlineLvl w:val="0"/>
              <w:rPr>
                <w:rFonts w:ascii="Tahoma" w:hAnsi="Tahoma" w:cs="Tahoma"/>
                <w:bCs w:val="0"/>
                <w:color w:val="auto"/>
                <w:sz w:val="22"/>
                <w:szCs w:val="22"/>
              </w:rPr>
            </w:pPr>
            <w:hyperlink r:id="rId10" w:history="1">
              <w:r w:rsidR="006D2309" w:rsidRPr="006D2309">
                <w:rPr>
                  <w:rStyle w:val="-"/>
                  <w:rFonts w:ascii="inherit" w:hAnsi="inherit" w:cs="Tahoma"/>
                  <w:bCs w:val="0"/>
                  <w:color w:val="auto"/>
                  <w:sz w:val="22"/>
                  <w:szCs w:val="22"/>
                  <w:u w:val="none"/>
                  <w:bdr w:val="none" w:sz="0" w:space="0" w:color="auto" w:frame="1"/>
                </w:rPr>
                <w:t>ΚΑΜΠΑΝΟΥ</w:t>
              </w:r>
            </w:hyperlink>
          </w:p>
          <w:p w:rsidR="001C2312" w:rsidRPr="00D000BA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FFFFFF"/>
          </w:tcPr>
          <w:p w:rsidR="001C2312" w:rsidRPr="00636638" w:rsidRDefault="00636638" w:rsidP="001F068C">
            <w:pPr>
              <w:jc w:val="center"/>
            </w:pPr>
            <w:r>
              <w:t>2823340107</w:t>
            </w:r>
          </w:p>
        </w:tc>
        <w:tc>
          <w:tcPr>
            <w:tcW w:w="4413" w:type="dxa"/>
            <w:shd w:val="clear" w:color="auto" w:fill="FFFFFF"/>
          </w:tcPr>
          <w:p w:rsidR="001C2312" w:rsidRPr="00287245" w:rsidRDefault="00287245" w:rsidP="00F529E3">
            <w:pPr>
              <w:rPr>
                <w:b/>
                <w:sz w:val="32"/>
                <w:szCs w:val="32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t>3,6,14,19,24,28</w:t>
            </w:r>
          </w:p>
        </w:tc>
      </w:tr>
      <w:tr w:rsidR="00287245" w:rsidRPr="00894FF2" w:rsidTr="00974EC3">
        <w:tc>
          <w:tcPr>
            <w:tcW w:w="2871" w:type="dxa"/>
            <w:shd w:val="clear" w:color="auto" w:fill="D9E1F2"/>
            <w:vAlign w:val="center"/>
          </w:tcPr>
          <w:p w:rsidR="001D2D13" w:rsidRDefault="00F529E3" w:rsidP="00974EC3">
            <w:pPr>
              <w:jc w:val="center"/>
              <w:rPr>
                <w:b/>
                <w:bCs/>
              </w:rPr>
            </w:pPr>
            <w:r w:rsidRPr="00F529E3">
              <w:rPr>
                <w:b/>
                <w:bCs/>
              </w:rPr>
              <w:t xml:space="preserve">ΠΕΡΙΦΕΡΕΙΑΚΟ ΙΑΤΡΕΙΟ </w:t>
            </w:r>
          </w:p>
          <w:p w:rsidR="00F529E3" w:rsidRPr="00F529E3" w:rsidRDefault="00FB5413" w:rsidP="00974EC3">
            <w:pPr>
              <w:jc w:val="center"/>
              <w:rPr>
                <w:b/>
              </w:rPr>
            </w:pPr>
            <w:hyperlink r:id="rId11" w:history="1">
              <w:r w:rsidR="00F529E3" w:rsidRPr="00F529E3">
                <w:rPr>
                  <w:rStyle w:val="-"/>
                  <w:b/>
                  <w:color w:val="auto"/>
                  <w:u w:val="none"/>
                </w:rPr>
                <w:t>ΡΟΔΟΒΑΝΙΟΥ</w:t>
              </w:r>
            </w:hyperlink>
          </w:p>
          <w:p w:rsidR="00F529E3" w:rsidRPr="006B4A39" w:rsidRDefault="00F529E3" w:rsidP="00974EC3">
            <w:pPr>
              <w:jc w:val="center"/>
              <w:rPr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F529E3" w:rsidRPr="00515609" w:rsidRDefault="00515609" w:rsidP="001F068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2823051210</w:t>
            </w:r>
          </w:p>
        </w:tc>
        <w:tc>
          <w:tcPr>
            <w:tcW w:w="4413" w:type="dxa"/>
            <w:shd w:val="clear" w:color="auto" w:fill="D9E1F2"/>
          </w:tcPr>
          <w:p w:rsidR="00F529E3" w:rsidRDefault="00F529E3" w:rsidP="009C4E53">
            <w:pPr>
              <w:rPr>
                <w:b/>
                <w:sz w:val="28"/>
                <w:szCs w:val="28"/>
              </w:rPr>
            </w:pPr>
          </w:p>
          <w:p w:rsidR="00F529E3" w:rsidRPr="00F529E3" w:rsidRDefault="00287245" w:rsidP="009C4E53">
            <w:pPr>
              <w:rPr>
                <w:b/>
                <w:sz w:val="28"/>
                <w:szCs w:val="28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t>3,6,14,19,24,28</w:t>
            </w:r>
          </w:p>
        </w:tc>
      </w:tr>
      <w:tr w:rsidR="00287245" w:rsidRPr="00C707A9" w:rsidTr="00974EC3">
        <w:tc>
          <w:tcPr>
            <w:tcW w:w="2871" w:type="dxa"/>
            <w:shd w:val="clear" w:color="auto" w:fill="FFFFFF"/>
            <w:vAlign w:val="center"/>
          </w:tcPr>
          <w:p w:rsidR="001C2312" w:rsidRPr="00541BD1" w:rsidRDefault="001C2312" w:rsidP="00974EC3">
            <w:pPr>
              <w:jc w:val="center"/>
              <w:rPr>
                <w:b/>
                <w:lang w:val="el-GR"/>
              </w:rPr>
            </w:pPr>
            <w:r w:rsidRPr="00541BD1">
              <w:rPr>
                <w:b/>
                <w:lang w:val="el-GR"/>
              </w:rPr>
              <w:t xml:space="preserve">ΠΕΡΙΦΕΡΕΙΑΚΟ ΙΑΤΡΕΙΟ </w:t>
            </w:r>
            <w:r w:rsidR="00C707A9" w:rsidRPr="00C707A9">
              <w:rPr>
                <w:b/>
                <w:lang w:val="el-GR"/>
              </w:rPr>
              <w:t>ΡΟΥΜΑΤΩΝ</w:t>
            </w:r>
          </w:p>
          <w:p w:rsidR="00C707A9" w:rsidRPr="00541BD1" w:rsidRDefault="00C707A9" w:rsidP="00974EC3">
            <w:pPr>
              <w:jc w:val="center"/>
              <w:rPr>
                <w:b/>
                <w:lang w:val="el-GR"/>
              </w:rPr>
            </w:pPr>
          </w:p>
          <w:p w:rsidR="00C707A9" w:rsidRPr="00541BD1" w:rsidRDefault="00C707A9" w:rsidP="00974EC3">
            <w:pPr>
              <w:jc w:val="center"/>
              <w:rPr>
                <w:b/>
                <w:lang w:val="el-GR"/>
              </w:rPr>
            </w:pPr>
            <w:r w:rsidRPr="00541BD1">
              <w:rPr>
                <w:b/>
                <w:lang w:val="el-GR"/>
              </w:rPr>
              <w:t>ΕΞΕΤΑΣΤΗΡΙΟ</w:t>
            </w:r>
          </w:p>
          <w:p w:rsidR="00C707A9" w:rsidRPr="00541BD1" w:rsidRDefault="00C707A9" w:rsidP="00974EC3">
            <w:pPr>
              <w:jc w:val="center"/>
              <w:rPr>
                <w:b/>
                <w:lang w:val="el-GR"/>
              </w:rPr>
            </w:pPr>
            <w:r w:rsidRPr="00C707A9">
              <w:rPr>
                <w:b/>
                <w:lang w:val="el-GR"/>
              </w:rPr>
              <w:t>ΦΩΤΑΚΑΔΟΥ</w:t>
            </w:r>
          </w:p>
          <w:p w:rsidR="00C707A9" w:rsidRPr="00541BD1" w:rsidRDefault="00C707A9" w:rsidP="00974EC3">
            <w:pPr>
              <w:jc w:val="center"/>
              <w:rPr>
                <w:b/>
                <w:lang w:val="el-GR"/>
              </w:rPr>
            </w:pPr>
          </w:p>
          <w:p w:rsidR="001D2D13" w:rsidRPr="00541BD1" w:rsidRDefault="001D2D13" w:rsidP="001D2D13">
            <w:pPr>
              <w:jc w:val="center"/>
              <w:rPr>
                <w:b/>
                <w:lang w:val="el-GR"/>
              </w:rPr>
            </w:pPr>
            <w:r w:rsidRPr="00541BD1">
              <w:rPr>
                <w:b/>
                <w:lang w:val="el-GR"/>
              </w:rPr>
              <w:t>ΕΞΕΤΑΣΤΗΡΙΟ</w:t>
            </w:r>
          </w:p>
          <w:p w:rsidR="00C707A9" w:rsidRPr="00541BD1" w:rsidRDefault="00C707A9" w:rsidP="00974EC3">
            <w:pPr>
              <w:jc w:val="center"/>
              <w:rPr>
                <w:b/>
                <w:lang w:val="el-GR"/>
              </w:rPr>
            </w:pPr>
            <w:r w:rsidRPr="00C707A9">
              <w:rPr>
                <w:b/>
                <w:lang w:val="el-GR"/>
              </w:rPr>
              <w:t>ΚΑΚΟΠΕΤΡΟΥ</w:t>
            </w:r>
          </w:p>
        </w:tc>
        <w:tc>
          <w:tcPr>
            <w:tcW w:w="2322" w:type="dxa"/>
            <w:gridSpan w:val="2"/>
            <w:shd w:val="clear" w:color="auto" w:fill="FFFFFF"/>
          </w:tcPr>
          <w:p w:rsidR="001C2312" w:rsidRPr="000E2437" w:rsidRDefault="000E2437" w:rsidP="001F068C">
            <w:pPr>
              <w:jc w:val="center"/>
            </w:pPr>
            <w:r>
              <w:t>2824041400</w:t>
            </w:r>
          </w:p>
        </w:tc>
        <w:tc>
          <w:tcPr>
            <w:tcW w:w="4413" w:type="dxa"/>
            <w:shd w:val="clear" w:color="auto" w:fill="FFFFFF"/>
          </w:tcPr>
          <w:p w:rsidR="00C707A9" w:rsidRPr="00C707A9" w:rsidRDefault="00287245" w:rsidP="00C707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l-GR"/>
              </w:rPr>
              <w:t>5,12,18,26</w:t>
            </w:r>
          </w:p>
          <w:p w:rsidR="00C707A9" w:rsidRPr="00C707A9" w:rsidRDefault="00C707A9" w:rsidP="00C707A9">
            <w:pPr>
              <w:rPr>
                <w:b/>
                <w:sz w:val="28"/>
                <w:szCs w:val="28"/>
              </w:rPr>
            </w:pPr>
          </w:p>
          <w:p w:rsidR="00C707A9" w:rsidRPr="00C707A9" w:rsidRDefault="00287245" w:rsidP="00C707A9">
            <w:pPr>
              <w:rPr>
                <w:b/>
                <w:sz w:val="28"/>
                <w:szCs w:val="28"/>
                <w:lang w:val="el-GR"/>
              </w:rPr>
            </w:pPr>
            <w:r>
              <w:rPr>
                <w:b/>
                <w:sz w:val="28"/>
                <w:szCs w:val="28"/>
                <w:lang w:val="el-GR"/>
              </w:rPr>
              <w:t>13</w:t>
            </w:r>
          </w:p>
          <w:p w:rsidR="00C707A9" w:rsidRPr="00C707A9" w:rsidRDefault="00C707A9" w:rsidP="00C707A9">
            <w:pPr>
              <w:rPr>
                <w:b/>
                <w:sz w:val="28"/>
                <w:szCs w:val="28"/>
              </w:rPr>
            </w:pPr>
          </w:p>
          <w:p w:rsidR="00287245" w:rsidRDefault="00287245" w:rsidP="00287245">
            <w:pPr>
              <w:rPr>
                <w:b/>
                <w:sz w:val="28"/>
                <w:szCs w:val="28"/>
                <w:lang w:val="el-GR"/>
              </w:rPr>
            </w:pPr>
          </w:p>
          <w:p w:rsidR="003D64E3" w:rsidRDefault="003D64E3" w:rsidP="00287245">
            <w:pPr>
              <w:rPr>
                <w:b/>
                <w:sz w:val="28"/>
                <w:szCs w:val="28"/>
                <w:lang w:val="el-GR"/>
              </w:rPr>
            </w:pPr>
          </w:p>
          <w:p w:rsidR="00287245" w:rsidRPr="00C707A9" w:rsidRDefault="00287245" w:rsidP="00287245">
            <w:pPr>
              <w:rPr>
                <w:b/>
                <w:sz w:val="28"/>
                <w:szCs w:val="28"/>
                <w:lang w:val="el-GR"/>
              </w:rPr>
            </w:pPr>
            <w:r>
              <w:rPr>
                <w:b/>
                <w:sz w:val="28"/>
                <w:szCs w:val="28"/>
                <w:lang w:val="el-GR"/>
              </w:rPr>
              <w:t>13</w:t>
            </w:r>
          </w:p>
          <w:p w:rsidR="001C2312" w:rsidRPr="006B4A39" w:rsidRDefault="001C2312" w:rsidP="00287245">
            <w:pPr>
              <w:rPr>
                <w:lang w:val="el-GR"/>
              </w:rPr>
            </w:pPr>
          </w:p>
        </w:tc>
      </w:tr>
      <w:tr w:rsidR="00287245" w:rsidRPr="00894FF2" w:rsidTr="00974EC3">
        <w:tc>
          <w:tcPr>
            <w:tcW w:w="2871" w:type="dxa"/>
            <w:shd w:val="clear" w:color="auto" w:fill="D9E1F2"/>
            <w:vAlign w:val="center"/>
          </w:tcPr>
          <w:p w:rsidR="001C2312" w:rsidRPr="00C707A9" w:rsidRDefault="001C2312" w:rsidP="00974EC3">
            <w:pPr>
              <w:jc w:val="center"/>
              <w:rPr>
                <w:b/>
                <w:lang w:val="el-GR"/>
              </w:rPr>
            </w:pPr>
          </w:p>
          <w:p w:rsidR="00C707A9" w:rsidRDefault="001C2312" w:rsidP="00974EC3">
            <w:pPr>
              <w:jc w:val="center"/>
              <w:rPr>
                <w:b/>
              </w:rPr>
            </w:pPr>
            <w:r w:rsidRPr="00C707A9">
              <w:rPr>
                <w:b/>
              </w:rPr>
              <w:t>ΠΕΡΙΦΕΡΕΙΑΚΟ ΙΑΤΡΕΙΟ</w:t>
            </w:r>
          </w:p>
          <w:p w:rsidR="00C707A9" w:rsidRDefault="00C707A9" w:rsidP="00974EC3">
            <w:pPr>
              <w:jc w:val="center"/>
              <w:rPr>
                <w:b/>
              </w:rPr>
            </w:pPr>
          </w:p>
          <w:p w:rsidR="00C707A9" w:rsidRPr="00C707A9" w:rsidRDefault="00FB5413" w:rsidP="00974EC3">
            <w:pPr>
              <w:jc w:val="center"/>
              <w:rPr>
                <w:b/>
                <w:lang w:val="el-GR"/>
              </w:rPr>
            </w:pPr>
            <w:hyperlink r:id="rId12" w:history="1">
              <w:r w:rsidR="00C707A9" w:rsidRPr="00C707A9">
                <w:rPr>
                  <w:rStyle w:val="-"/>
                  <w:b/>
                  <w:color w:val="auto"/>
                  <w:u w:val="none"/>
                  <w:lang w:val="el-GR"/>
                </w:rPr>
                <w:t>ΠΑΛΑΙΟΧΩΡΑΣ</w:t>
              </w:r>
            </w:hyperlink>
          </w:p>
          <w:p w:rsidR="001C2312" w:rsidRPr="000B71BF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1C2312" w:rsidRDefault="001C2312" w:rsidP="001F068C">
            <w:pPr>
              <w:jc w:val="center"/>
            </w:pPr>
          </w:p>
          <w:p w:rsidR="001C2312" w:rsidRPr="004F2819" w:rsidRDefault="004F2819" w:rsidP="001F068C">
            <w:pPr>
              <w:jc w:val="center"/>
            </w:pPr>
            <w:r>
              <w:t>2823041211</w:t>
            </w:r>
          </w:p>
        </w:tc>
        <w:tc>
          <w:tcPr>
            <w:tcW w:w="4413" w:type="dxa"/>
            <w:shd w:val="clear" w:color="auto" w:fill="D9E1F2"/>
          </w:tcPr>
          <w:p w:rsidR="003D64E3" w:rsidRDefault="00287245" w:rsidP="00287245">
            <w:pPr>
              <w:rPr>
                <w:b/>
                <w:sz w:val="32"/>
                <w:szCs w:val="32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t>3,4,5,6,7,1,11,12,13,14,</w:t>
            </w:r>
          </w:p>
          <w:p w:rsidR="003D64E3" w:rsidRDefault="00287245" w:rsidP="00287245">
            <w:pPr>
              <w:rPr>
                <w:b/>
                <w:sz w:val="32"/>
                <w:szCs w:val="32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t>17,18,19,20,21,24</w:t>
            </w:r>
            <w:r w:rsidR="003D64E3">
              <w:rPr>
                <w:b/>
                <w:sz w:val="32"/>
                <w:szCs w:val="32"/>
                <w:lang w:val="el-GR"/>
              </w:rPr>
              <w:t>,</w:t>
            </w:r>
          </w:p>
          <w:p w:rsidR="001C2312" w:rsidRPr="00287245" w:rsidRDefault="00287245" w:rsidP="00287245">
            <w:pPr>
              <w:rPr>
                <w:b/>
                <w:sz w:val="32"/>
                <w:szCs w:val="32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t>25</w:t>
            </w:r>
            <w:r w:rsidR="003D64E3">
              <w:rPr>
                <w:b/>
                <w:sz w:val="32"/>
                <w:szCs w:val="32"/>
                <w:lang w:val="el-GR"/>
              </w:rPr>
              <w:t>,</w:t>
            </w:r>
            <w:r>
              <w:rPr>
                <w:b/>
                <w:sz w:val="32"/>
                <w:szCs w:val="32"/>
                <w:lang w:val="el-GR"/>
              </w:rPr>
              <w:t>26</w:t>
            </w:r>
            <w:r w:rsidR="003D64E3">
              <w:rPr>
                <w:b/>
                <w:sz w:val="32"/>
                <w:szCs w:val="32"/>
                <w:lang w:val="el-GR"/>
              </w:rPr>
              <w:t>,</w:t>
            </w:r>
            <w:r>
              <w:rPr>
                <w:b/>
                <w:sz w:val="32"/>
                <w:szCs w:val="32"/>
                <w:lang w:val="el-GR"/>
              </w:rPr>
              <w:t>27</w:t>
            </w:r>
            <w:r w:rsidR="003D64E3">
              <w:rPr>
                <w:b/>
                <w:sz w:val="32"/>
                <w:szCs w:val="32"/>
                <w:lang w:val="el-GR"/>
              </w:rPr>
              <w:t>,</w:t>
            </w:r>
            <w:r>
              <w:rPr>
                <w:b/>
                <w:sz w:val="32"/>
                <w:szCs w:val="32"/>
                <w:lang w:val="el-GR"/>
              </w:rPr>
              <w:t>28</w:t>
            </w:r>
          </w:p>
        </w:tc>
      </w:tr>
      <w:tr w:rsidR="00287245" w:rsidRPr="00894FF2" w:rsidTr="00974EC3">
        <w:tc>
          <w:tcPr>
            <w:tcW w:w="2871" w:type="dxa"/>
            <w:shd w:val="clear" w:color="auto" w:fill="FFFFFF"/>
            <w:vAlign w:val="center"/>
          </w:tcPr>
          <w:p w:rsidR="002E7911" w:rsidRPr="002E7911" w:rsidRDefault="001C2312" w:rsidP="00974EC3">
            <w:pPr>
              <w:jc w:val="center"/>
              <w:rPr>
                <w:b/>
                <w:lang w:val="el-GR"/>
              </w:rPr>
            </w:pPr>
            <w:r w:rsidRPr="002E7911">
              <w:rPr>
                <w:b/>
              </w:rPr>
              <w:t xml:space="preserve">ΠΕΡΙΦΕΡΕΙΑΚΟ ΙΑΤΡΕΙΟ </w:t>
            </w:r>
            <w:hyperlink r:id="rId13" w:history="1">
              <w:r w:rsidR="002E7911" w:rsidRPr="002E7911">
                <w:rPr>
                  <w:rStyle w:val="-"/>
                  <w:b/>
                  <w:color w:val="auto"/>
                  <w:u w:val="none"/>
                  <w:lang w:val="el-GR"/>
                </w:rPr>
                <w:t>ΒΟΥΚΟΛΙΩΝ</w:t>
              </w:r>
            </w:hyperlink>
          </w:p>
          <w:p w:rsidR="001C2312" w:rsidRPr="005B622B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FFFFFF"/>
          </w:tcPr>
          <w:p w:rsidR="001C2312" w:rsidRPr="002E7911" w:rsidRDefault="00CD1E4A" w:rsidP="001F068C">
            <w:pPr>
              <w:jc w:val="center"/>
            </w:pPr>
            <w:r>
              <w:t>2824031204</w:t>
            </w:r>
          </w:p>
        </w:tc>
        <w:tc>
          <w:tcPr>
            <w:tcW w:w="4413" w:type="dxa"/>
            <w:shd w:val="clear" w:color="auto" w:fill="FFFFFF"/>
          </w:tcPr>
          <w:p w:rsidR="003D64E3" w:rsidRDefault="003D64E3" w:rsidP="009C4E53">
            <w:pPr>
              <w:rPr>
                <w:rFonts w:ascii="Tahoma" w:hAnsi="Tahoma" w:cs="Tahoma"/>
                <w:b/>
                <w:color w:val="000000"/>
                <w:sz w:val="24"/>
                <w:szCs w:val="24"/>
                <w:shd w:val="clear" w:color="auto" w:fill="FFFFFF"/>
                <w:lang w:val="el-GR"/>
              </w:rPr>
            </w:pPr>
            <w:r>
              <w:rPr>
                <w:rFonts w:ascii="Tahoma" w:hAnsi="Tahoma" w:cs="Tahoma"/>
                <w:b/>
                <w:color w:val="000000"/>
                <w:sz w:val="24"/>
                <w:szCs w:val="24"/>
                <w:shd w:val="clear" w:color="auto" w:fill="FFFFFF"/>
                <w:lang w:val="el-GR"/>
              </w:rPr>
              <w:t>3,4,6,10,11,12,13,17,</w:t>
            </w:r>
          </w:p>
          <w:p w:rsidR="001C2312" w:rsidRPr="003D64E3" w:rsidRDefault="003D64E3" w:rsidP="009C4E53">
            <w:pPr>
              <w:rPr>
                <w:lang w:val="el-GR"/>
              </w:rPr>
            </w:pPr>
            <w:r>
              <w:rPr>
                <w:rFonts w:ascii="Tahoma" w:hAnsi="Tahoma" w:cs="Tahoma"/>
                <w:b/>
                <w:color w:val="000000"/>
                <w:sz w:val="24"/>
                <w:szCs w:val="24"/>
                <w:shd w:val="clear" w:color="auto" w:fill="FFFFFF"/>
                <w:lang w:val="el-GR"/>
              </w:rPr>
              <w:t>18,19,20,24,25,27</w:t>
            </w:r>
          </w:p>
        </w:tc>
      </w:tr>
      <w:tr w:rsidR="00287245" w:rsidRPr="00894FF2" w:rsidTr="00974EC3">
        <w:trPr>
          <w:trHeight w:val="1458"/>
        </w:trPr>
        <w:tc>
          <w:tcPr>
            <w:tcW w:w="2871" w:type="dxa"/>
            <w:shd w:val="clear" w:color="auto" w:fill="FFFFFF"/>
          </w:tcPr>
          <w:p w:rsidR="00974EC3" w:rsidRPr="00287245" w:rsidRDefault="00974EC3" w:rsidP="00974EC3">
            <w:pPr>
              <w:jc w:val="center"/>
              <w:rPr>
                <w:b/>
                <w:lang w:val="el-GR"/>
              </w:rPr>
            </w:pPr>
            <w:r w:rsidRPr="00287245">
              <w:rPr>
                <w:b/>
                <w:lang w:val="el-GR"/>
              </w:rPr>
              <w:t>ΠΕΡΙΦΕΡΕΙΑΚΟ ΙΑΤΡΕΙΟ</w:t>
            </w:r>
          </w:p>
          <w:p w:rsidR="00974EC3" w:rsidRPr="00974EC3" w:rsidRDefault="00974EC3" w:rsidP="00974EC3">
            <w:pPr>
              <w:jc w:val="center"/>
              <w:rPr>
                <w:b/>
                <w:lang w:val="el-GR"/>
              </w:rPr>
            </w:pPr>
            <w:r w:rsidRPr="00974EC3">
              <w:rPr>
                <w:b/>
                <w:lang w:val="el-GR"/>
              </w:rPr>
              <w:t>ΡΟΔΟΒΑΝΙΟΥ</w:t>
            </w:r>
          </w:p>
          <w:p w:rsidR="00974EC3" w:rsidRPr="00287245" w:rsidRDefault="00974EC3" w:rsidP="00974EC3">
            <w:pPr>
              <w:jc w:val="center"/>
              <w:rPr>
                <w:b/>
                <w:lang w:val="el-GR"/>
              </w:rPr>
            </w:pPr>
          </w:p>
          <w:p w:rsidR="00974EC3" w:rsidRPr="00287245" w:rsidRDefault="00974EC3" w:rsidP="00974EC3">
            <w:pPr>
              <w:jc w:val="center"/>
              <w:rPr>
                <w:b/>
                <w:lang w:val="el-GR"/>
              </w:rPr>
            </w:pPr>
            <w:r w:rsidRPr="00287245">
              <w:rPr>
                <w:b/>
                <w:lang w:val="el-GR"/>
              </w:rPr>
              <w:t>ΕΞΕΤΑΣΤΗΡΙΟ</w:t>
            </w:r>
          </w:p>
          <w:p w:rsidR="00974EC3" w:rsidRPr="00974EC3" w:rsidRDefault="00974EC3" w:rsidP="00974EC3">
            <w:pPr>
              <w:jc w:val="center"/>
              <w:rPr>
                <w:b/>
                <w:lang w:val="el-GR"/>
              </w:rPr>
            </w:pPr>
            <w:r w:rsidRPr="00974EC3">
              <w:rPr>
                <w:b/>
                <w:lang w:val="el-GR"/>
              </w:rPr>
              <w:t>ΣΟΥΓΙΑΣ</w:t>
            </w:r>
          </w:p>
          <w:p w:rsidR="00974EC3" w:rsidRPr="00287245" w:rsidRDefault="00974EC3" w:rsidP="00974EC3">
            <w:pPr>
              <w:jc w:val="center"/>
              <w:rPr>
                <w:b/>
                <w:lang w:val="el-GR"/>
              </w:rPr>
            </w:pPr>
          </w:p>
          <w:p w:rsidR="00974EC3" w:rsidRPr="00287245" w:rsidRDefault="00974EC3" w:rsidP="00974EC3">
            <w:pPr>
              <w:jc w:val="center"/>
              <w:rPr>
                <w:b/>
                <w:lang w:val="el-GR"/>
              </w:rPr>
            </w:pPr>
          </w:p>
          <w:p w:rsidR="00974EC3" w:rsidRPr="00287245" w:rsidRDefault="00974EC3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FFFFFF"/>
          </w:tcPr>
          <w:p w:rsidR="00974EC3" w:rsidRPr="00287245" w:rsidRDefault="00974EC3" w:rsidP="001F068C">
            <w:pPr>
              <w:jc w:val="center"/>
              <w:rPr>
                <w:lang w:val="el-GR"/>
              </w:rPr>
            </w:pPr>
          </w:p>
        </w:tc>
        <w:tc>
          <w:tcPr>
            <w:tcW w:w="4413" w:type="dxa"/>
            <w:shd w:val="clear" w:color="auto" w:fill="FFFFFF"/>
          </w:tcPr>
          <w:p w:rsidR="00974EC3" w:rsidRPr="00287245" w:rsidRDefault="00974EC3" w:rsidP="00974EC3">
            <w:pPr>
              <w:jc w:val="center"/>
              <w:rPr>
                <w:rFonts w:ascii="Tahoma" w:hAnsi="Tahoma" w:cs="Tahoma"/>
                <w:b/>
                <w:color w:val="000000"/>
                <w:sz w:val="24"/>
                <w:szCs w:val="24"/>
                <w:shd w:val="clear" w:color="auto" w:fill="FFFFFF"/>
                <w:lang w:val="el-GR"/>
              </w:rPr>
            </w:pPr>
          </w:p>
          <w:p w:rsidR="00974EC3" w:rsidRPr="00287245" w:rsidRDefault="00974EC3" w:rsidP="00974EC3">
            <w:pPr>
              <w:jc w:val="center"/>
              <w:rPr>
                <w:rFonts w:ascii="Tahoma" w:hAnsi="Tahoma" w:cs="Tahoma"/>
                <w:b/>
                <w:color w:val="000000"/>
                <w:sz w:val="24"/>
                <w:szCs w:val="24"/>
                <w:shd w:val="clear" w:color="auto" w:fill="FFFFFF"/>
                <w:lang w:val="el-GR"/>
              </w:rPr>
            </w:pPr>
          </w:p>
          <w:p w:rsidR="00974EC3" w:rsidRPr="00287245" w:rsidRDefault="00974EC3" w:rsidP="00974EC3">
            <w:pPr>
              <w:jc w:val="center"/>
              <w:rPr>
                <w:rFonts w:ascii="Tahoma" w:hAnsi="Tahoma" w:cs="Tahoma"/>
                <w:b/>
                <w:color w:val="000000"/>
                <w:sz w:val="24"/>
                <w:szCs w:val="24"/>
                <w:shd w:val="clear" w:color="auto" w:fill="FFFFFF"/>
                <w:lang w:val="el-GR"/>
              </w:rPr>
            </w:pPr>
          </w:p>
          <w:p w:rsidR="00974EC3" w:rsidRPr="003D64E3" w:rsidRDefault="003D64E3" w:rsidP="00974EC3">
            <w:pPr>
              <w:jc w:val="center"/>
              <w:rPr>
                <w:rFonts w:ascii="Tahoma" w:hAnsi="Tahoma"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</w:pPr>
            <w:r>
              <w:rPr>
                <w:rFonts w:ascii="Tahoma" w:hAnsi="Tahoma"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  <w:t>5,14,20</w:t>
            </w:r>
          </w:p>
        </w:tc>
      </w:tr>
      <w:tr w:rsidR="00974EC3" w:rsidTr="00974EC3">
        <w:trPr>
          <w:gridAfter w:val="2"/>
          <w:wAfter w:w="5193" w:type="dxa"/>
        </w:trPr>
        <w:tc>
          <w:tcPr>
            <w:tcW w:w="4413" w:type="dxa"/>
            <w:gridSpan w:val="2"/>
            <w:shd w:val="clear" w:color="auto" w:fill="D9E1F2"/>
          </w:tcPr>
          <w:p w:rsidR="00974EC3" w:rsidRDefault="00974EC3" w:rsidP="00974EC3"/>
        </w:tc>
      </w:tr>
    </w:tbl>
    <w:p w:rsidR="002228FE" w:rsidRPr="00EA173B" w:rsidRDefault="00AA4E25" w:rsidP="00EA173B">
      <w:pPr>
        <w:jc w:val="both"/>
        <w:rPr>
          <w:b/>
          <w:bCs/>
          <w:lang w:val="el-GR"/>
        </w:rPr>
      </w:pPr>
      <w:r w:rsidRPr="006B4A39">
        <w:rPr>
          <w:i/>
          <w:lang w:val="el-GR"/>
        </w:rPr>
        <w:br/>
      </w:r>
      <w:proofErr w:type="spellStart"/>
      <w:r w:rsidRPr="00EA173B">
        <w:rPr>
          <w:b/>
          <w:bCs/>
          <w:i/>
          <w:u w:val="single"/>
          <w:lang w:val="el-GR"/>
        </w:rPr>
        <w:t>ΣΗΜΕΙΩΣΗ:</w:t>
      </w:r>
      <w:r w:rsidR="000826F1" w:rsidRPr="00EA173B">
        <w:rPr>
          <w:b/>
          <w:bCs/>
          <w:i/>
          <w:lang w:val="el-GR"/>
        </w:rPr>
        <w:t>Για</w:t>
      </w:r>
      <w:proofErr w:type="spellEnd"/>
      <w:r w:rsidR="000826F1" w:rsidRPr="00EA173B">
        <w:rPr>
          <w:b/>
          <w:bCs/>
          <w:i/>
          <w:lang w:val="el-GR"/>
        </w:rPr>
        <w:t xml:space="preserve"> κάθε ενδεχόμενη αλλαγή </w:t>
      </w:r>
      <w:r w:rsidRPr="00EA173B">
        <w:rPr>
          <w:b/>
          <w:bCs/>
          <w:i/>
          <w:lang w:val="el-GR"/>
        </w:rPr>
        <w:t xml:space="preserve">στο ανωτέρω πρόγραμμα </w:t>
      </w:r>
      <w:proofErr w:type="spellStart"/>
      <w:r w:rsidRPr="00EA173B">
        <w:rPr>
          <w:b/>
          <w:bCs/>
          <w:i/>
          <w:lang w:val="el-GR"/>
        </w:rPr>
        <w:t>επισκέψεωνιατρών</w:t>
      </w:r>
      <w:proofErr w:type="spellEnd"/>
      <w:r w:rsidRPr="00EA173B">
        <w:rPr>
          <w:b/>
          <w:bCs/>
          <w:i/>
          <w:lang w:val="el-GR"/>
        </w:rPr>
        <w:t xml:space="preserve">, λόγω </w:t>
      </w:r>
      <w:r w:rsidR="005B622B">
        <w:rPr>
          <w:b/>
          <w:bCs/>
          <w:i/>
          <w:lang w:val="el-GR"/>
        </w:rPr>
        <w:t xml:space="preserve">εκτάκτων </w:t>
      </w:r>
      <w:proofErr w:type="spellStart"/>
      <w:r w:rsidR="005B622B">
        <w:rPr>
          <w:b/>
          <w:bCs/>
          <w:i/>
          <w:lang w:val="el-GR"/>
        </w:rPr>
        <w:t>αναγκών</w:t>
      </w:r>
      <w:r w:rsidRPr="00EA173B">
        <w:rPr>
          <w:b/>
          <w:bCs/>
          <w:i/>
          <w:lang w:val="el-GR"/>
        </w:rPr>
        <w:t>,</w:t>
      </w:r>
      <w:r w:rsidR="00D76EDA">
        <w:rPr>
          <w:b/>
          <w:bCs/>
          <w:i/>
          <w:lang w:val="el-GR"/>
        </w:rPr>
        <w:t>θα</w:t>
      </w:r>
      <w:proofErr w:type="spellEnd"/>
      <w:r w:rsidR="00D76EDA">
        <w:rPr>
          <w:b/>
          <w:bCs/>
          <w:i/>
          <w:lang w:val="el-GR"/>
        </w:rPr>
        <w:t xml:space="preserve"> </w:t>
      </w:r>
      <w:r w:rsidRPr="00EA173B">
        <w:rPr>
          <w:b/>
          <w:bCs/>
          <w:i/>
          <w:lang w:val="el-GR"/>
        </w:rPr>
        <w:t>ειδοποιείται τηλεφωνικά ο Πρόεδρος του Τοπικού Διαμερίσματος, για την έγκαιρη ενημέρωση των κατοίκων.</w:t>
      </w:r>
    </w:p>
    <w:sectPr w:rsidR="002228FE" w:rsidRPr="00EA173B" w:rsidSect="004B4D03">
      <w:pgSz w:w="12240" w:h="15840"/>
      <w:pgMar w:top="993" w:right="900" w:bottom="993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0826F1"/>
    <w:rsid w:val="000B71BF"/>
    <w:rsid w:val="000E2437"/>
    <w:rsid w:val="00145205"/>
    <w:rsid w:val="0015074B"/>
    <w:rsid w:val="001574B3"/>
    <w:rsid w:val="00176E5E"/>
    <w:rsid w:val="001C2312"/>
    <w:rsid w:val="001D2D13"/>
    <w:rsid w:val="001F068C"/>
    <w:rsid w:val="002228FE"/>
    <w:rsid w:val="00287245"/>
    <w:rsid w:val="0029639D"/>
    <w:rsid w:val="002C33F1"/>
    <w:rsid w:val="002E7911"/>
    <w:rsid w:val="00326F90"/>
    <w:rsid w:val="003648D8"/>
    <w:rsid w:val="003B127B"/>
    <w:rsid w:val="003D64E3"/>
    <w:rsid w:val="003E0176"/>
    <w:rsid w:val="003E0E48"/>
    <w:rsid w:val="003F1BB0"/>
    <w:rsid w:val="004A064A"/>
    <w:rsid w:val="004B4D03"/>
    <w:rsid w:val="004F2819"/>
    <w:rsid w:val="00515609"/>
    <w:rsid w:val="005411CF"/>
    <w:rsid w:val="00541BD1"/>
    <w:rsid w:val="00581400"/>
    <w:rsid w:val="005A2F22"/>
    <w:rsid w:val="005B622B"/>
    <w:rsid w:val="005D1337"/>
    <w:rsid w:val="005F3A0C"/>
    <w:rsid w:val="00636638"/>
    <w:rsid w:val="0066138C"/>
    <w:rsid w:val="00670FC4"/>
    <w:rsid w:val="006A2E73"/>
    <w:rsid w:val="006B4A39"/>
    <w:rsid w:val="006D2309"/>
    <w:rsid w:val="00705A8E"/>
    <w:rsid w:val="00751DEA"/>
    <w:rsid w:val="00795613"/>
    <w:rsid w:val="007A6E40"/>
    <w:rsid w:val="007E1AE6"/>
    <w:rsid w:val="007E20AF"/>
    <w:rsid w:val="00825B5C"/>
    <w:rsid w:val="008260B0"/>
    <w:rsid w:val="0083300E"/>
    <w:rsid w:val="00862F2F"/>
    <w:rsid w:val="00894FF2"/>
    <w:rsid w:val="008C5283"/>
    <w:rsid w:val="008D3CD8"/>
    <w:rsid w:val="0097449D"/>
    <w:rsid w:val="00974EC3"/>
    <w:rsid w:val="009A159E"/>
    <w:rsid w:val="009B5691"/>
    <w:rsid w:val="009C4E53"/>
    <w:rsid w:val="009F5A7F"/>
    <w:rsid w:val="00A04FF5"/>
    <w:rsid w:val="00A83BBC"/>
    <w:rsid w:val="00AA1D8D"/>
    <w:rsid w:val="00AA4E25"/>
    <w:rsid w:val="00B47730"/>
    <w:rsid w:val="00B51079"/>
    <w:rsid w:val="00B62C11"/>
    <w:rsid w:val="00C21751"/>
    <w:rsid w:val="00C41B55"/>
    <w:rsid w:val="00C6397D"/>
    <w:rsid w:val="00C707A9"/>
    <w:rsid w:val="00CB0664"/>
    <w:rsid w:val="00CB5404"/>
    <w:rsid w:val="00CC0D1F"/>
    <w:rsid w:val="00CD1E4A"/>
    <w:rsid w:val="00D000BA"/>
    <w:rsid w:val="00D70084"/>
    <w:rsid w:val="00D76EDA"/>
    <w:rsid w:val="00D938C4"/>
    <w:rsid w:val="00E110A8"/>
    <w:rsid w:val="00EA173B"/>
    <w:rsid w:val="00F529E3"/>
    <w:rsid w:val="00F67B53"/>
    <w:rsid w:val="00FB5413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εισαγωγικό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Ανοιχτόχρωμη σκίαση1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Ανοιχτόχρωμη σκίαση - Έμφαση 1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11">
    <w:name w:val="Ανοιχτόχρωμη λίστα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Ανοιχτόχρωμη λίστα - ΄Εμφαση 1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12">
    <w:name w:val="Ανοιχτόχρωμο πλέγμα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1">
    <w:name w:val="Ανοιχτόχρωμο πλέγμα - ΄Εμφαση 1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110">
    <w:name w:val="Μεσαία σκίαση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Μεσαία σκίαση 1 - ΄Εμφαση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0">
    <w:name w:val="Μεσαία σκίαση 2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Μεσαία σκίαση 2 - ΄Εμφαση 1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Μεσαία λίστα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0">
    <w:name w:val="Μεσαία λίστα 1 - ΄Εμφαση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211">
    <w:name w:val="Μεσαία λίστα 2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Μεσαίο πλέγμα 1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212">
    <w:name w:val="Μεσαίο πλέγμα 2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0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Μεσαίο πλέγμα 3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13">
    <w:name w:val="Σκουρόχρωμη λίστα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14">
    <w:name w:val="Πολύχρωμη σκίαση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5">
    <w:name w:val="Πολύχρωμη λίστα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2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16">
    <w:name w:val="Πολύχρωμο πλέγμα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3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Web">
    <w:name w:val="Normal (Web)"/>
    <w:basedOn w:val="a1"/>
    <w:uiPriority w:val="99"/>
    <w:semiHidden/>
    <w:unhideWhenUsed/>
    <w:rsid w:val="001C23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styleId="-">
    <w:name w:val="Hyperlink"/>
    <w:basedOn w:val="a2"/>
    <w:uiPriority w:val="99"/>
    <w:unhideWhenUsed/>
    <w:rsid w:val="001C2312"/>
    <w:rPr>
      <w:color w:val="0000FF"/>
      <w:u w:val="single"/>
    </w:rPr>
  </w:style>
  <w:style w:type="character" w:styleId="-0">
    <w:name w:val="FollowedHyperlink"/>
    <w:basedOn w:val="a2"/>
    <w:uiPriority w:val="99"/>
    <w:semiHidden/>
    <w:unhideWhenUsed/>
    <w:rsid w:val="00974EC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F%83%CF%84%CF%81%CE%BF%CE%B2%CE%BB%CF%89%CE%BD" TargetMode="External"/><Relationship Id="rId13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E%B2%CE%BF%CF%85%CE%BA%CE%BF%CE%BB%CE%B9%CF%89%CE%BD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-%CF%80.%CE%B9-%CE%B2%CE%BF%CF%85%CF%84%CE%B1" TargetMode="External"/><Relationship Id="rId12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-%CF%80.%CE%B9-%CF%80%CE%B1%CE%BB%CE%B1%CE%B9%CE%BF%CF%87%CF%89%CF%81%CE%B1%CF%8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E%B3%CE%B1%CF%85%CE%B4%CE%BF%CF%85" TargetMode="External"/><Relationship Id="rId11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F%81%CE%BF%CE%B4%CE%BF%CE%B2%CE%B1%CE%BD%CE%B9%CE%BF%CF%8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E%BA%CE%B1%CE%BC%CF%80%CE%B1%CE%BD%CE%BF%CF%8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E%BB%CE%B1%CE%BA%CE%BA%CF%89%CE%B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7808C8D-C516-4536-86A3-C918462A3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566</Words>
  <Characters>3059</Characters>
  <Application>Microsoft Office Word</Application>
  <DocSecurity>0</DocSecurity>
  <Lines>25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gramkan</cp:lastModifiedBy>
  <cp:revision>2</cp:revision>
  <cp:lastPrinted>2025-10-10T10:54:00Z</cp:lastPrinted>
  <dcterms:created xsi:type="dcterms:W3CDTF">2025-10-31T11:15:00Z</dcterms:created>
  <dcterms:modified xsi:type="dcterms:W3CDTF">2025-10-31T11:15:00Z</dcterms:modified>
</cp:coreProperties>
</file>